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AE5" w:rsidRPr="009F20C4" w:rsidRDefault="00630AE5" w:rsidP="009F20C4">
      <w:pPr>
        <w:pBdr>
          <w:bottom w:val="thickThinSmallGap" w:sz="24" w:space="1" w:color="823B0B"/>
        </w:pBdr>
        <w:tabs>
          <w:tab w:val="center" w:pos="4536"/>
          <w:tab w:val="right" w:pos="9072"/>
        </w:tabs>
        <w:spacing w:after="0" w:line="240" w:lineRule="auto"/>
        <w:jc w:val="center"/>
        <w:rPr>
          <w:rFonts w:ascii="Bookman Old Style" w:eastAsia="Times New Roman" w:hAnsi="Bookman Old Style" w:cs="Times New Roman"/>
          <w:i/>
          <w:sz w:val="24"/>
          <w:szCs w:val="24"/>
          <w:lang w:val="pl-PL"/>
        </w:rPr>
      </w:pPr>
      <w:r w:rsidRPr="00090619">
        <w:rPr>
          <w:rFonts w:ascii="Bookman Old Style" w:eastAsia="Calibri" w:hAnsi="Bookman Old Style" w:cs="Times New Roman"/>
          <w:noProof/>
          <w:lang w:val="pl-PL"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-316230</wp:posOffset>
            </wp:positionH>
            <wp:positionV relativeFrom="paragraph">
              <wp:posOffset>-262890</wp:posOffset>
            </wp:positionV>
            <wp:extent cx="1069975" cy="1128395"/>
            <wp:effectExtent l="0" t="0" r="0" b="0"/>
            <wp:wrapSquare wrapText="bothSides"/>
            <wp:docPr id="1" name="Obraz 1" descr="https://www.prusy.edu.pl/wp-content/uploads/2018/05/prusy_1-287x3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https://www.prusy.edu.pl/wp-content/uploads/2018/05/prusy_1-287x30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9975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90619">
        <w:rPr>
          <w:rFonts w:ascii="Bookman Old Style" w:eastAsia="Calibri" w:hAnsi="Bookman Old Style" w:cs="Times New Roman"/>
          <w:lang w:val="pl-PL"/>
        </w:rPr>
        <w:t>Szkoła Podstawowa im. Bohaterów Armii Krajowej w Prusach,                                                                               ul. Parkowa 1, 57-150 Prusy, NIP:9141442911</w:t>
      </w:r>
    </w:p>
    <w:p w:rsidR="00427753" w:rsidRPr="00630AE5" w:rsidRDefault="00282489">
      <w:pPr>
        <w:jc w:val="center"/>
        <w:rPr>
          <w:rFonts w:ascii="Times New Roman" w:hAnsi="Times New Roman" w:cs="Times New Roman"/>
          <w:lang w:val="pl-PL"/>
        </w:rPr>
      </w:pPr>
      <w:r w:rsidRPr="00630AE5">
        <w:rPr>
          <w:rFonts w:ascii="Times New Roman" w:hAnsi="Times New Roman" w:cs="Times New Roman"/>
          <w:b/>
          <w:lang w:val="pl-PL"/>
        </w:rPr>
        <w:t>Wychowawca: Joanna Górska</w:t>
      </w:r>
    </w:p>
    <w:p w:rsidR="00427753" w:rsidRPr="00630AE5" w:rsidRDefault="00282489">
      <w:pPr>
        <w:jc w:val="center"/>
        <w:rPr>
          <w:rFonts w:ascii="Times New Roman" w:hAnsi="Times New Roman" w:cs="Times New Roman"/>
          <w:lang w:val="pl-PL"/>
        </w:rPr>
      </w:pPr>
      <w:r w:rsidRPr="00630AE5">
        <w:rPr>
          <w:rFonts w:ascii="Times New Roman" w:hAnsi="Times New Roman" w:cs="Times New Roman"/>
          <w:b/>
          <w:sz w:val="28"/>
          <w:lang w:val="pl-PL"/>
        </w:rPr>
        <w:t>Plan wychowawczy – Klasa III</w:t>
      </w:r>
      <w:r>
        <w:rPr>
          <w:rFonts w:ascii="Times New Roman" w:hAnsi="Times New Roman" w:cs="Times New Roman"/>
          <w:b/>
          <w:sz w:val="28"/>
          <w:lang w:val="pl-PL"/>
        </w:rPr>
        <w:t xml:space="preserve"> a</w:t>
      </w:r>
    </w:p>
    <w:p w:rsidR="00427753" w:rsidRPr="005214B4" w:rsidRDefault="00282489" w:rsidP="005214B4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b/>
          <w:lang w:val="pl-PL"/>
        </w:rPr>
      </w:pPr>
      <w:r w:rsidRPr="005214B4">
        <w:rPr>
          <w:rFonts w:ascii="Times New Roman" w:hAnsi="Times New Roman" w:cs="Times New Roman"/>
          <w:b/>
          <w:lang w:val="pl-PL"/>
        </w:rPr>
        <w:t>Cele ogólne programu</w:t>
      </w:r>
    </w:p>
    <w:p w:rsidR="005214B4" w:rsidRPr="005214B4" w:rsidRDefault="005214B4" w:rsidP="005214B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pl-PL"/>
        </w:rPr>
      </w:pPr>
      <w:r w:rsidRPr="005214B4">
        <w:rPr>
          <w:rFonts w:ascii="Times New Roman" w:hAnsi="Times New Roman" w:cs="Times New Roman"/>
          <w:lang w:val="pl-PL"/>
        </w:rPr>
        <w:t xml:space="preserve">Kształtowanie właściwych postaw </w:t>
      </w:r>
      <w:r w:rsidRPr="005214B4">
        <w:rPr>
          <w:rStyle w:val="Pogrubienie"/>
          <w:rFonts w:ascii="Times New Roman" w:hAnsi="Times New Roman" w:cs="Times New Roman"/>
          <w:b w:val="0"/>
          <w:lang w:val="pl-PL"/>
        </w:rPr>
        <w:t>społecznych, obywatelskich i patriotycznych</w:t>
      </w:r>
      <w:r w:rsidRPr="005214B4">
        <w:rPr>
          <w:rFonts w:ascii="Times New Roman" w:hAnsi="Times New Roman" w:cs="Times New Roman"/>
          <w:b/>
          <w:lang w:val="pl-PL"/>
        </w:rPr>
        <w:t>.</w:t>
      </w:r>
      <w:r w:rsidRPr="005214B4">
        <w:rPr>
          <w:rFonts w:ascii="Times New Roman" w:hAnsi="Times New Roman" w:cs="Times New Roman"/>
          <w:lang w:val="pl-PL"/>
        </w:rPr>
        <w:t xml:space="preserve"> </w:t>
      </w:r>
    </w:p>
    <w:p w:rsidR="005214B4" w:rsidRPr="005214B4" w:rsidRDefault="005214B4" w:rsidP="005214B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pl-PL"/>
        </w:rPr>
      </w:pPr>
      <w:r w:rsidRPr="005214B4">
        <w:rPr>
          <w:rFonts w:ascii="Times New Roman" w:hAnsi="Times New Roman" w:cs="Times New Roman"/>
          <w:lang w:val="pl-PL"/>
        </w:rPr>
        <w:t xml:space="preserve">Budowanie </w:t>
      </w:r>
      <w:r w:rsidRPr="005214B4">
        <w:rPr>
          <w:rStyle w:val="Pogrubienie"/>
          <w:rFonts w:ascii="Times New Roman" w:hAnsi="Times New Roman" w:cs="Times New Roman"/>
          <w:b w:val="0"/>
          <w:lang w:val="pl-PL"/>
        </w:rPr>
        <w:t>bezpiecznej, przyjaznej i życzliwej atmosfery</w:t>
      </w:r>
      <w:r w:rsidRPr="005214B4">
        <w:rPr>
          <w:rFonts w:ascii="Times New Roman" w:hAnsi="Times New Roman" w:cs="Times New Roman"/>
          <w:lang w:val="pl-PL"/>
        </w:rPr>
        <w:t xml:space="preserve"> w klasie. </w:t>
      </w:r>
    </w:p>
    <w:p w:rsidR="005214B4" w:rsidRPr="005214B4" w:rsidRDefault="005214B4" w:rsidP="005214B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lang w:val="pl-PL"/>
        </w:rPr>
      </w:pPr>
      <w:r w:rsidRPr="005214B4">
        <w:rPr>
          <w:rFonts w:ascii="Times New Roman" w:hAnsi="Times New Roman" w:cs="Times New Roman"/>
          <w:lang w:val="pl-PL"/>
        </w:rPr>
        <w:t xml:space="preserve">Rozwijanie </w:t>
      </w:r>
      <w:r w:rsidRPr="005214B4">
        <w:rPr>
          <w:rStyle w:val="Pogrubienie"/>
          <w:rFonts w:ascii="Times New Roman" w:hAnsi="Times New Roman" w:cs="Times New Roman"/>
          <w:b w:val="0"/>
          <w:lang w:val="pl-PL"/>
        </w:rPr>
        <w:t>umiejętności współpracy, komunikacji i rozwiązywania konfliktów</w:t>
      </w:r>
      <w:r w:rsidRPr="005214B4">
        <w:rPr>
          <w:rFonts w:ascii="Times New Roman" w:hAnsi="Times New Roman" w:cs="Times New Roman"/>
          <w:b/>
          <w:lang w:val="pl-PL"/>
        </w:rPr>
        <w:t xml:space="preserve">. </w:t>
      </w:r>
    </w:p>
    <w:p w:rsidR="005214B4" w:rsidRPr="005214B4" w:rsidRDefault="005214B4" w:rsidP="005214B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pl-PL"/>
        </w:rPr>
      </w:pPr>
      <w:r w:rsidRPr="005214B4">
        <w:rPr>
          <w:rFonts w:ascii="Times New Roman" w:hAnsi="Times New Roman" w:cs="Times New Roman"/>
          <w:lang w:val="pl-PL"/>
        </w:rPr>
        <w:t xml:space="preserve">Kształtowanie </w:t>
      </w:r>
      <w:r w:rsidRPr="005214B4">
        <w:rPr>
          <w:rStyle w:val="Pogrubienie"/>
          <w:rFonts w:ascii="Times New Roman" w:hAnsi="Times New Roman" w:cs="Times New Roman"/>
          <w:b w:val="0"/>
          <w:lang w:val="pl-PL"/>
        </w:rPr>
        <w:t>samodzielności, odpowiedzialności i systematyczności</w:t>
      </w:r>
      <w:r w:rsidRPr="005214B4">
        <w:rPr>
          <w:rFonts w:ascii="Times New Roman" w:hAnsi="Times New Roman" w:cs="Times New Roman"/>
          <w:lang w:val="pl-PL"/>
        </w:rPr>
        <w:t xml:space="preserve"> w nauce i codziennym życiu. </w:t>
      </w:r>
    </w:p>
    <w:p w:rsidR="005214B4" w:rsidRPr="005214B4" w:rsidRDefault="005214B4" w:rsidP="005214B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pl-PL"/>
        </w:rPr>
      </w:pPr>
      <w:r w:rsidRPr="005214B4">
        <w:rPr>
          <w:rFonts w:ascii="Times New Roman" w:hAnsi="Times New Roman" w:cs="Times New Roman"/>
          <w:lang w:val="pl-PL"/>
        </w:rPr>
        <w:t xml:space="preserve">Rozwijanie </w:t>
      </w:r>
      <w:r w:rsidRPr="005214B4">
        <w:rPr>
          <w:rStyle w:val="Pogrubienie"/>
          <w:rFonts w:ascii="Times New Roman" w:hAnsi="Times New Roman" w:cs="Times New Roman"/>
          <w:b w:val="0"/>
          <w:lang w:val="pl-PL"/>
        </w:rPr>
        <w:t>kompetencji emocjonalno-społecznych</w:t>
      </w:r>
      <w:r w:rsidRPr="005214B4">
        <w:rPr>
          <w:rFonts w:ascii="Times New Roman" w:hAnsi="Times New Roman" w:cs="Times New Roman"/>
          <w:lang w:val="pl-PL"/>
        </w:rPr>
        <w:t xml:space="preserve">, empatii, tolerancji i szacunku wobec innych. </w:t>
      </w:r>
    </w:p>
    <w:p w:rsidR="005214B4" w:rsidRPr="005214B4" w:rsidRDefault="005214B4" w:rsidP="005214B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pl-PL"/>
        </w:rPr>
      </w:pPr>
      <w:r w:rsidRPr="005214B4">
        <w:rPr>
          <w:rFonts w:ascii="Times New Roman" w:hAnsi="Times New Roman" w:cs="Times New Roman"/>
          <w:lang w:val="pl-PL"/>
        </w:rPr>
        <w:t xml:space="preserve">Promowanie </w:t>
      </w:r>
      <w:r w:rsidRPr="005214B4">
        <w:rPr>
          <w:rStyle w:val="Pogrubienie"/>
          <w:rFonts w:ascii="Times New Roman" w:hAnsi="Times New Roman" w:cs="Times New Roman"/>
          <w:b w:val="0"/>
          <w:lang w:val="pl-PL"/>
        </w:rPr>
        <w:t>zdrowego i aktywnego stylu życia</w:t>
      </w:r>
      <w:r w:rsidRPr="005214B4">
        <w:rPr>
          <w:rFonts w:ascii="Times New Roman" w:hAnsi="Times New Roman" w:cs="Times New Roman"/>
          <w:lang w:val="pl-PL"/>
        </w:rPr>
        <w:t xml:space="preserve"> oraz troski o zdrowie fizyczne i psychiczne. </w:t>
      </w:r>
    </w:p>
    <w:p w:rsidR="005214B4" w:rsidRPr="005214B4" w:rsidRDefault="005214B4" w:rsidP="005214B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pl-PL"/>
        </w:rPr>
      </w:pPr>
      <w:r w:rsidRPr="005214B4">
        <w:rPr>
          <w:rFonts w:ascii="Times New Roman" w:hAnsi="Times New Roman" w:cs="Times New Roman"/>
          <w:lang w:val="pl-PL"/>
        </w:rPr>
        <w:t xml:space="preserve">Kształtowanie </w:t>
      </w:r>
      <w:r w:rsidRPr="005214B4">
        <w:rPr>
          <w:rStyle w:val="Pogrubienie"/>
          <w:rFonts w:ascii="Times New Roman" w:hAnsi="Times New Roman" w:cs="Times New Roman"/>
          <w:b w:val="0"/>
          <w:lang w:val="pl-PL"/>
        </w:rPr>
        <w:t>zasad bezpieczeństwa</w:t>
      </w:r>
      <w:r w:rsidRPr="005214B4">
        <w:rPr>
          <w:rFonts w:ascii="Times New Roman" w:hAnsi="Times New Roman" w:cs="Times New Roman"/>
          <w:lang w:val="pl-PL"/>
        </w:rPr>
        <w:t xml:space="preserve"> w szkole, domu, przestrzeni publicznej i Internecie. </w:t>
      </w:r>
    </w:p>
    <w:p w:rsidR="005214B4" w:rsidRPr="005214B4" w:rsidRDefault="005214B4" w:rsidP="005214B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pl-PL"/>
        </w:rPr>
      </w:pPr>
      <w:r w:rsidRPr="005214B4">
        <w:rPr>
          <w:rFonts w:ascii="Times New Roman" w:hAnsi="Times New Roman" w:cs="Times New Roman"/>
          <w:lang w:val="pl-PL"/>
        </w:rPr>
        <w:t xml:space="preserve">Prowadzenie działań profilaktycznych dotyczących </w:t>
      </w:r>
      <w:r w:rsidRPr="005214B4">
        <w:rPr>
          <w:rStyle w:val="Pogrubienie"/>
          <w:rFonts w:ascii="Times New Roman" w:hAnsi="Times New Roman" w:cs="Times New Roman"/>
          <w:b w:val="0"/>
          <w:lang w:val="pl-PL"/>
        </w:rPr>
        <w:t xml:space="preserve">przemocy, agresji, </w:t>
      </w:r>
      <w:proofErr w:type="spellStart"/>
      <w:r w:rsidRPr="005214B4">
        <w:rPr>
          <w:rStyle w:val="Pogrubienie"/>
          <w:rFonts w:ascii="Times New Roman" w:hAnsi="Times New Roman" w:cs="Times New Roman"/>
          <w:b w:val="0"/>
          <w:lang w:val="pl-PL"/>
        </w:rPr>
        <w:t>cyberprzemocy</w:t>
      </w:r>
      <w:proofErr w:type="spellEnd"/>
      <w:r w:rsidRPr="005214B4">
        <w:rPr>
          <w:rStyle w:val="Pogrubienie"/>
          <w:rFonts w:ascii="Times New Roman" w:hAnsi="Times New Roman" w:cs="Times New Roman"/>
          <w:b w:val="0"/>
          <w:lang w:val="pl-PL"/>
        </w:rPr>
        <w:t xml:space="preserve"> i innych zagrożeń</w:t>
      </w:r>
      <w:r w:rsidRPr="005214B4">
        <w:rPr>
          <w:rFonts w:ascii="Times New Roman" w:hAnsi="Times New Roman" w:cs="Times New Roman"/>
          <w:b/>
          <w:lang w:val="pl-PL"/>
        </w:rPr>
        <w:t>.</w:t>
      </w:r>
      <w:r w:rsidRPr="005214B4">
        <w:rPr>
          <w:rFonts w:ascii="Times New Roman" w:hAnsi="Times New Roman" w:cs="Times New Roman"/>
          <w:lang w:val="pl-PL"/>
        </w:rPr>
        <w:t xml:space="preserve"> </w:t>
      </w:r>
    </w:p>
    <w:p w:rsidR="005214B4" w:rsidRPr="005214B4" w:rsidRDefault="005214B4" w:rsidP="005214B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pl-PL"/>
        </w:rPr>
      </w:pPr>
      <w:r w:rsidRPr="005214B4">
        <w:rPr>
          <w:rFonts w:ascii="Times New Roman" w:hAnsi="Times New Roman" w:cs="Times New Roman"/>
          <w:lang w:val="pl-PL"/>
        </w:rPr>
        <w:t xml:space="preserve">Kształtowanie odpowiedzialności za </w:t>
      </w:r>
      <w:r w:rsidRPr="005214B4">
        <w:rPr>
          <w:rStyle w:val="Pogrubienie"/>
          <w:rFonts w:ascii="Times New Roman" w:hAnsi="Times New Roman" w:cs="Times New Roman"/>
          <w:b w:val="0"/>
          <w:lang w:val="pl-PL"/>
        </w:rPr>
        <w:t>środowisko naturalne</w:t>
      </w:r>
      <w:r w:rsidRPr="005214B4">
        <w:rPr>
          <w:rFonts w:ascii="Times New Roman" w:hAnsi="Times New Roman" w:cs="Times New Roman"/>
          <w:lang w:val="pl-PL"/>
        </w:rPr>
        <w:t xml:space="preserve"> i rozwijanie postaw proekologicznych. </w:t>
      </w:r>
    </w:p>
    <w:p w:rsidR="005214B4" w:rsidRPr="005214B4" w:rsidRDefault="005214B4" w:rsidP="005214B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pl-PL"/>
        </w:rPr>
      </w:pPr>
      <w:r w:rsidRPr="005214B4">
        <w:rPr>
          <w:rFonts w:ascii="Times New Roman" w:hAnsi="Times New Roman" w:cs="Times New Roman"/>
          <w:lang w:val="pl-PL"/>
        </w:rPr>
        <w:t xml:space="preserve">Rozwijanie </w:t>
      </w:r>
      <w:r w:rsidRPr="005214B4">
        <w:rPr>
          <w:rStyle w:val="Pogrubienie"/>
          <w:rFonts w:ascii="Times New Roman" w:hAnsi="Times New Roman" w:cs="Times New Roman"/>
          <w:b w:val="0"/>
          <w:lang w:val="pl-PL"/>
        </w:rPr>
        <w:t>zainteresowań, uzdolnień, kreatywności i wiary we własne możliwości</w:t>
      </w:r>
      <w:r w:rsidRPr="005214B4">
        <w:rPr>
          <w:rFonts w:ascii="Times New Roman" w:hAnsi="Times New Roman" w:cs="Times New Roman"/>
          <w:b/>
          <w:lang w:val="pl-PL"/>
        </w:rPr>
        <w:t>.</w:t>
      </w:r>
      <w:r w:rsidRPr="005214B4">
        <w:rPr>
          <w:rFonts w:ascii="Times New Roman" w:hAnsi="Times New Roman" w:cs="Times New Roman"/>
          <w:lang w:val="pl-PL"/>
        </w:rPr>
        <w:t xml:space="preserve"> </w:t>
      </w:r>
    </w:p>
    <w:p w:rsidR="005214B4" w:rsidRPr="005214B4" w:rsidRDefault="005214B4" w:rsidP="005214B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pl-PL"/>
        </w:rPr>
      </w:pPr>
      <w:r w:rsidRPr="005214B4">
        <w:rPr>
          <w:rFonts w:ascii="Times New Roman" w:hAnsi="Times New Roman" w:cs="Times New Roman"/>
          <w:lang w:val="pl-PL"/>
        </w:rPr>
        <w:t xml:space="preserve">Kształtowanie umiejętności </w:t>
      </w:r>
      <w:r w:rsidRPr="005214B4">
        <w:rPr>
          <w:rStyle w:val="Pogrubienie"/>
          <w:rFonts w:ascii="Times New Roman" w:hAnsi="Times New Roman" w:cs="Times New Roman"/>
          <w:b w:val="0"/>
          <w:lang w:val="pl-PL"/>
        </w:rPr>
        <w:t>planowania pracy i organizowania czasu</w:t>
      </w:r>
      <w:r w:rsidRPr="005214B4">
        <w:rPr>
          <w:rFonts w:ascii="Times New Roman" w:hAnsi="Times New Roman" w:cs="Times New Roman"/>
          <w:lang w:val="pl-PL"/>
        </w:rPr>
        <w:t xml:space="preserve">. </w:t>
      </w:r>
    </w:p>
    <w:p w:rsidR="005214B4" w:rsidRPr="005214B4" w:rsidRDefault="005214B4" w:rsidP="005214B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lang w:val="pl-PL"/>
        </w:rPr>
      </w:pPr>
      <w:r w:rsidRPr="005214B4">
        <w:rPr>
          <w:rFonts w:ascii="Times New Roman" w:hAnsi="Times New Roman" w:cs="Times New Roman"/>
          <w:lang w:val="pl-PL"/>
        </w:rPr>
        <w:t xml:space="preserve">Przygotowanie uczniów do </w:t>
      </w:r>
      <w:r w:rsidRPr="005214B4">
        <w:rPr>
          <w:rStyle w:val="Pogrubienie"/>
          <w:rFonts w:ascii="Times New Roman" w:hAnsi="Times New Roman" w:cs="Times New Roman"/>
          <w:b w:val="0"/>
          <w:lang w:val="pl-PL"/>
        </w:rPr>
        <w:t>aktywnego i odpowiedzialnego uczestnictwa w życiu klasy, szkoły i społeczności lokalnej</w:t>
      </w:r>
      <w:r w:rsidRPr="005214B4">
        <w:rPr>
          <w:rFonts w:ascii="Times New Roman" w:hAnsi="Times New Roman" w:cs="Times New Roman"/>
          <w:b/>
          <w:lang w:val="pl-PL"/>
        </w:rPr>
        <w:t xml:space="preserve">. </w:t>
      </w:r>
    </w:p>
    <w:p w:rsidR="00427753" w:rsidRPr="005214B4" w:rsidRDefault="00282489">
      <w:pPr>
        <w:rPr>
          <w:rFonts w:ascii="Times New Roman" w:hAnsi="Times New Roman" w:cs="Times New Roman"/>
          <w:lang w:val="pl-PL"/>
        </w:rPr>
      </w:pPr>
      <w:r w:rsidRPr="005214B4">
        <w:rPr>
          <w:rFonts w:ascii="Times New Roman" w:hAnsi="Times New Roman" w:cs="Times New Roman"/>
          <w:b/>
          <w:lang w:val="pl-PL"/>
        </w:rPr>
        <w:t>II. Zadania szczegółowe</w:t>
      </w:r>
    </w:p>
    <w:tbl>
      <w:tblPr>
        <w:tblStyle w:val="Tabela-Siatka"/>
        <w:tblW w:w="0" w:type="auto"/>
        <w:jc w:val="center"/>
        <w:tblLook w:val="04A0"/>
      </w:tblPr>
      <w:tblGrid>
        <w:gridCol w:w="3413"/>
        <w:gridCol w:w="3413"/>
        <w:gridCol w:w="3413"/>
      </w:tblGrid>
      <w:tr w:rsidR="00427753" w:rsidRPr="00630AE5">
        <w:trPr>
          <w:jc w:val="center"/>
        </w:trPr>
        <w:tc>
          <w:tcPr>
            <w:tcW w:w="3413" w:type="dxa"/>
            <w:vAlign w:val="center"/>
          </w:tcPr>
          <w:p w:rsidR="00427753" w:rsidRPr="00630AE5" w:rsidRDefault="00282489" w:rsidP="00844F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30AE5">
              <w:rPr>
                <w:rFonts w:ascii="Times New Roman" w:hAnsi="Times New Roman" w:cs="Times New Roman"/>
                <w:b/>
              </w:rPr>
              <w:t>Zadania</w:t>
            </w:r>
            <w:proofErr w:type="spellEnd"/>
          </w:p>
        </w:tc>
        <w:tc>
          <w:tcPr>
            <w:tcW w:w="3413" w:type="dxa"/>
            <w:vAlign w:val="center"/>
          </w:tcPr>
          <w:p w:rsidR="00427753" w:rsidRPr="00630AE5" w:rsidRDefault="00282489" w:rsidP="00844FD2">
            <w:pPr>
              <w:jc w:val="center"/>
              <w:rPr>
                <w:rFonts w:ascii="Times New Roman" w:hAnsi="Times New Roman" w:cs="Times New Roman"/>
              </w:rPr>
            </w:pPr>
            <w:r w:rsidRPr="00630AE5">
              <w:rPr>
                <w:rFonts w:ascii="Times New Roman" w:hAnsi="Times New Roman" w:cs="Times New Roman"/>
                <w:b/>
              </w:rPr>
              <w:t>Zadania szczegółowe</w:t>
            </w:r>
          </w:p>
        </w:tc>
        <w:tc>
          <w:tcPr>
            <w:tcW w:w="3413" w:type="dxa"/>
            <w:vAlign w:val="center"/>
          </w:tcPr>
          <w:p w:rsidR="00427753" w:rsidRPr="00630AE5" w:rsidRDefault="00282489" w:rsidP="00844FD2">
            <w:pPr>
              <w:jc w:val="center"/>
              <w:rPr>
                <w:rFonts w:ascii="Times New Roman" w:hAnsi="Times New Roman" w:cs="Times New Roman"/>
              </w:rPr>
            </w:pPr>
            <w:r w:rsidRPr="00630AE5">
              <w:rPr>
                <w:rFonts w:ascii="Times New Roman" w:hAnsi="Times New Roman" w:cs="Times New Roman"/>
                <w:b/>
              </w:rPr>
              <w:t>Termin realizacji</w:t>
            </w:r>
          </w:p>
        </w:tc>
      </w:tr>
      <w:tr w:rsidR="00427753" w:rsidRPr="00630AE5">
        <w:trPr>
          <w:jc w:val="center"/>
        </w:trPr>
        <w:tc>
          <w:tcPr>
            <w:tcW w:w="3413" w:type="dxa"/>
          </w:tcPr>
          <w:p w:rsidR="00427753" w:rsidRPr="00630AE5" w:rsidRDefault="00282489">
            <w:pPr>
              <w:rPr>
                <w:rFonts w:ascii="Times New Roman" w:hAnsi="Times New Roman" w:cs="Times New Roman"/>
                <w:b/>
              </w:rPr>
            </w:pPr>
            <w:r w:rsidRPr="00630AE5">
              <w:rPr>
                <w:rFonts w:ascii="Times New Roman" w:hAnsi="Times New Roman" w:cs="Times New Roman"/>
                <w:b/>
              </w:rPr>
              <w:t>Koordynacja działań grupy uczniowskiej</w:t>
            </w:r>
          </w:p>
        </w:tc>
        <w:tc>
          <w:tcPr>
            <w:tcW w:w="3413" w:type="dxa"/>
          </w:tcPr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1. Omówienie praw i obowiązków ucznia.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2. Przypomnienie zasad obowiązujących w szkole, klasie, na boisku i placu zabaw.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3. Wybór samorządu klasowego i przydział obowiązków.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4. Wdrażanie do samodzielności i odpowiedzialności za powierzone zadania.</w:t>
            </w:r>
          </w:p>
        </w:tc>
        <w:tc>
          <w:tcPr>
            <w:tcW w:w="3413" w:type="dxa"/>
          </w:tcPr>
          <w:p w:rsidR="00427753" w:rsidRPr="00630AE5" w:rsidRDefault="00282489">
            <w:pPr>
              <w:rPr>
                <w:rFonts w:ascii="Times New Roman" w:hAnsi="Times New Roman" w:cs="Times New Roman"/>
              </w:rPr>
            </w:pPr>
            <w:proofErr w:type="spellStart"/>
            <w:r w:rsidRPr="00630AE5">
              <w:rPr>
                <w:rFonts w:ascii="Times New Roman" w:hAnsi="Times New Roman" w:cs="Times New Roman"/>
              </w:rPr>
              <w:t>Wrzesień</w:t>
            </w:r>
            <w:proofErr w:type="spellEnd"/>
            <w:r w:rsidRPr="00630AE5">
              <w:rPr>
                <w:rFonts w:ascii="Times New Roman" w:hAnsi="Times New Roman" w:cs="Times New Roman"/>
              </w:rPr>
              <w:t xml:space="preserve">, w </w:t>
            </w:r>
            <w:proofErr w:type="spellStart"/>
            <w:r w:rsidRPr="00630AE5">
              <w:rPr>
                <w:rFonts w:ascii="Times New Roman" w:hAnsi="Times New Roman" w:cs="Times New Roman"/>
              </w:rPr>
              <w:t>ciągu</w:t>
            </w:r>
            <w:proofErr w:type="spellEnd"/>
            <w:r w:rsidRPr="00630A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AE5">
              <w:rPr>
                <w:rFonts w:ascii="Times New Roman" w:hAnsi="Times New Roman" w:cs="Times New Roman"/>
              </w:rPr>
              <w:t>roku</w:t>
            </w:r>
            <w:proofErr w:type="spellEnd"/>
          </w:p>
        </w:tc>
      </w:tr>
      <w:tr w:rsidR="00427753" w:rsidRPr="00630AE5">
        <w:trPr>
          <w:jc w:val="center"/>
        </w:trPr>
        <w:tc>
          <w:tcPr>
            <w:tcW w:w="3413" w:type="dxa"/>
          </w:tcPr>
          <w:p w:rsidR="00427753" w:rsidRPr="00630AE5" w:rsidRDefault="00282489">
            <w:pPr>
              <w:rPr>
                <w:rFonts w:ascii="Times New Roman" w:hAnsi="Times New Roman" w:cs="Times New Roman"/>
                <w:b/>
                <w:lang w:val="pl-PL"/>
              </w:rPr>
            </w:pPr>
            <w:r w:rsidRPr="00630AE5">
              <w:rPr>
                <w:rFonts w:ascii="Times New Roman" w:hAnsi="Times New Roman" w:cs="Times New Roman"/>
                <w:b/>
                <w:lang w:val="pl-PL"/>
              </w:rPr>
              <w:t>Rozwijanie postaw społecznych i tolerancji</w:t>
            </w:r>
          </w:p>
        </w:tc>
        <w:tc>
          <w:tcPr>
            <w:tcW w:w="3413" w:type="dxa"/>
          </w:tcPr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1. Doskonalenie umiejętności współpracy i komunikacji w grupie.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2. Uczenie samooceny zachowania i odpowiedzialności za swoje postępowanie.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3. Kształtowanie postawy szacunku, przyjaźni, życzliwości i empatii.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4. Rozwiązywanie konfliktów w sposób pokojowy i poszukiwanie kompromisów.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5. Uwrażliwianie na potrzeby i uczucia innych osób.</w:t>
            </w:r>
          </w:p>
        </w:tc>
        <w:tc>
          <w:tcPr>
            <w:tcW w:w="3413" w:type="dxa"/>
          </w:tcPr>
          <w:p w:rsidR="00427753" w:rsidRPr="00630AE5" w:rsidRDefault="00282489">
            <w:pPr>
              <w:rPr>
                <w:rFonts w:ascii="Times New Roman" w:hAnsi="Times New Roman" w:cs="Times New Roman"/>
              </w:rPr>
            </w:pPr>
            <w:proofErr w:type="spellStart"/>
            <w:r w:rsidRPr="00630AE5">
              <w:rPr>
                <w:rFonts w:ascii="Times New Roman" w:hAnsi="Times New Roman" w:cs="Times New Roman"/>
              </w:rPr>
              <w:t>Cały</w:t>
            </w:r>
            <w:proofErr w:type="spellEnd"/>
            <w:r w:rsidRPr="00630A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AE5">
              <w:rPr>
                <w:rFonts w:ascii="Times New Roman" w:hAnsi="Times New Roman" w:cs="Times New Roman"/>
              </w:rPr>
              <w:t>rok</w:t>
            </w:r>
            <w:proofErr w:type="spellEnd"/>
          </w:p>
        </w:tc>
      </w:tr>
      <w:tr w:rsidR="00427753" w:rsidRPr="005214B4">
        <w:trPr>
          <w:jc w:val="center"/>
        </w:trPr>
        <w:tc>
          <w:tcPr>
            <w:tcW w:w="3413" w:type="dxa"/>
          </w:tcPr>
          <w:p w:rsidR="00427753" w:rsidRPr="00282489" w:rsidRDefault="00282489">
            <w:pPr>
              <w:rPr>
                <w:rFonts w:ascii="Times New Roman" w:hAnsi="Times New Roman" w:cs="Times New Roman"/>
                <w:b/>
                <w:lang w:val="pl-PL"/>
              </w:rPr>
            </w:pPr>
            <w:r w:rsidRPr="00282489">
              <w:rPr>
                <w:rFonts w:ascii="Times New Roman" w:hAnsi="Times New Roman" w:cs="Times New Roman"/>
                <w:b/>
                <w:lang w:val="pl-PL"/>
              </w:rPr>
              <w:t>Dbanie o bezpieczeństwo i zdrowie</w:t>
            </w:r>
          </w:p>
        </w:tc>
        <w:tc>
          <w:tcPr>
            <w:tcW w:w="3413" w:type="dxa"/>
          </w:tcPr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1. Wdrażanie zasad higieny osobistej i dbania o porządek wokół siebie.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2. Utrwalanie prawidłowej postawy podczas pracy i pisania.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3. Rozmowy o zagrożeniach ze strony obcych osób – nauka odmawiania i szukania pomocy.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4. Świadomość zagrożeń zdrowotnych wynikających z braku ruchu i nieprawidłowego odżywiania.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5. Kształtowanie nawyku aktywnego wypoczynku.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lastRenderedPageBreak/>
              <w:t>6. Przypominanie zasad bezpiecznego zachowania podczas wycieczek, przerw i zabaw.</w:t>
            </w:r>
          </w:p>
        </w:tc>
        <w:tc>
          <w:tcPr>
            <w:tcW w:w="3413" w:type="dxa"/>
          </w:tcPr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lastRenderedPageBreak/>
              <w:t>W ciągu roku, przerwy między lekcjami</w:t>
            </w:r>
          </w:p>
        </w:tc>
      </w:tr>
      <w:tr w:rsidR="00427753" w:rsidRPr="005214B4">
        <w:trPr>
          <w:jc w:val="center"/>
        </w:trPr>
        <w:tc>
          <w:tcPr>
            <w:tcW w:w="3413" w:type="dxa"/>
          </w:tcPr>
          <w:p w:rsidR="00427753" w:rsidRPr="00282489" w:rsidRDefault="00282489">
            <w:pPr>
              <w:rPr>
                <w:rFonts w:ascii="Times New Roman" w:hAnsi="Times New Roman" w:cs="Times New Roman"/>
                <w:b/>
                <w:lang w:val="pl-PL"/>
              </w:rPr>
            </w:pPr>
            <w:r w:rsidRPr="00282489">
              <w:rPr>
                <w:rFonts w:ascii="Times New Roman" w:hAnsi="Times New Roman" w:cs="Times New Roman"/>
                <w:b/>
                <w:lang w:val="pl-PL"/>
              </w:rPr>
              <w:lastRenderedPageBreak/>
              <w:t>Bezpieczne korzystanie z Internetu i technologii</w:t>
            </w:r>
          </w:p>
        </w:tc>
        <w:tc>
          <w:tcPr>
            <w:tcW w:w="3413" w:type="dxa"/>
          </w:tcPr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1. Poznawanie zasad bezpiecznego korzystania z Internetu i urządzeń cyfrowych.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2. Ochrona danych osobowych i prywatności.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 xml:space="preserve">3. Rozpoznawanie zagrożeń w sieci i reagowanie na </w:t>
            </w:r>
            <w:proofErr w:type="spellStart"/>
            <w:r w:rsidRPr="00630AE5">
              <w:rPr>
                <w:rFonts w:ascii="Times New Roman" w:hAnsi="Times New Roman" w:cs="Times New Roman"/>
                <w:lang w:val="pl-PL"/>
              </w:rPr>
              <w:t>cyberprzemoc</w:t>
            </w:r>
            <w:proofErr w:type="spellEnd"/>
            <w:r w:rsidRPr="00630AE5">
              <w:rPr>
                <w:rFonts w:ascii="Times New Roman" w:hAnsi="Times New Roman" w:cs="Times New Roman"/>
                <w:lang w:val="pl-PL"/>
              </w:rPr>
              <w:t>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4. Kształtowanie odpowiedzialnego korzystania z telefonu, komputera i innych urządzeń.</w:t>
            </w:r>
          </w:p>
        </w:tc>
        <w:tc>
          <w:tcPr>
            <w:tcW w:w="3413" w:type="dxa"/>
          </w:tcPr>
          <w:p w:rsidR="00427753" w:rsidRPr="00630AE5" w:rsidRDefault="00960281">
            <w:pPr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Cały rok</w:t>
            </w:r>
          </w:p>
        </w:tc>
      </w:tr>
      <w:tr w:rsidR="00427753" w:rsidRPr="005214B4">
        <w:trPr>
          <w:jc w:val="center"/>
        </w:trPr>
        <w:tc>
          <w:tcPr>
            <w:tcW w:w="3413" w:type="dxa"/>
          </w:tcPr>
          <w:p w:rsidR="00427753" w:rsidRPr="00282489" w:rsidRDefault="00282489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82489">
              <w:rPr>
                <w:rFonts w:ascii="Times New Roman" w:hAnsi="Times New Roman" w:cs="Times New Roman"/>
                <w:b/>
              </w:rPr>
              <w:t>Edukacja</w:t>
            </w:r>
            <w:proofErr w:type="spellEnd"/>
            <w:r w:rsidRPr="0028248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82489">
              <w:rPr>
                <w:rFonts w:ascii="Times New Roman" w:hAnsi="Times New Roman" w:cs="Times New Roman"/>
                <w:b/>
              </w:rPr>
              <w:t>patriotyczna</w:t>
            </w:r>
            <w:proofErr w:type="spellEnd"/>
            <w:r w:rsidRPr="0028248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82489">
              <w:rPr>
                <w:rFonts w:ascii="Times New Roman" w:hAnsi="Times New Roman" w:cs="Times New Roman"/>
                <w:b/>
              </w:rPr>
              <w:t>i</w:t>
            </w:r>
            <w:proofErr w:type="spellEnd"/>
            <w:r w:rsidRPr="0028248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82489">
              <w:rPr>
                <w:rFonts w:ascii="Times New Roman" w:hAnsi="Times New Roman" w:cs="Times New Roman"/>
                <w:b/>
              </w:rPr>
              <w:t>regionalna</w:t>
            </w:r>
            <w:proofErr w:type="spellEnd"/>
          </w:p>
        </w:tc>
        <w:tc>
          <w:tcPr>
            <w:tcW w:w="3413" w:type="dxa"/>
          </w:tcPr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1. Rozwijanie poczucia dumy z przynależności narodowej i lokalnej.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2. Szacunek dla symboli i tradycji narodowych.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3. Poznawanie najważniejszych wydarzeń historycznych.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4. Udział w szkolnych i lokalnych uroczystościach patriotycznych.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5. Poznawanie historii i tradycji najbliższego regionu.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6. Szacunek dla pracy innych oraz budowanie poczucia wspólnoty europejskiej.</w:t>
            </w:r>
          </w:p>
        </w:tc>
        <w:tc>
          <w:tcPr>
            <w:tcW w:w="3413" w:type="dxa"/>
          </w:tcPr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W ciągu roku, listopad, maj</w:t>
            </w:r>
          </w:p>
        </w:tc>
      </w:tr>
      <w:tr w:rsidR="00427753" w:rsidRPr="005214B4">
        <w:trPr>
          <w:jc w:val="center"/>
        </w:trPr>
        <w:tc>
          <w:tcPr>
            <w:tcW w:w="3413" w:type="dxa"/>
          </w:tcPr>
          <w:p w:rsidR="00427753" w:rsidRPr="00282489" w:rsidRDefault="00282489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82489">
              <w:rPr>
                <w:rFonts w:ascii="Times New Roman" w:hAnsi="Times New Roman" w:cs="Times New Roman"/>
                <w:b/>
              </w:rPr>
              <w:t>Wychowanie</w:t>
            </w:r>
            <w:proofErr w:type="spellEnd"/>
            <w:r w:rsidRPr="0028248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82489">
              <w:rPr>
                <w:rFonts w:ascii="Times New Roman" w:hAnsi="Times New Roman" w:cs="Times New Roman"/>
                <w:b/>
              </w:rPr>
              <w:t>ekologiczne</w:t>
            </w:r>
            <w:proofErr w:type="spellEnd"/>
          </w:p>
        </w:tc>
        <w:tc>
          <w:tcPr>
            <w:tcW w:w="3413" w:type="dxa"/>
          </w:tcPr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1. Udział w akcjach i konkursach ekologicznych.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2. Sprzątanie świata, Dzień Ziemi.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3. Segregacja śmieci, zbiórka nakrętek i baterii.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4. Budowanie pozytywnego stosunku do przyrody i świadomości ekologicznej.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5. Kształtowanie poczucia współodpowiedzialności za środowisko.</w:t>
            </w:r>
          </w:p>
        </w:tc>
        <w:tc>
          <w:tcPr>
            <w:tcW w:w="3413" w:type="dxa"/>
          </w:tcPr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W ciągu roku, wrzesień, kwiecień</w:t>
            </w:r>
          </w:p>
        </w:tc>
      </w:tr>
      <w:tr w:rsidR="00427753" w:rsidRPr="00630AE5">
        <w:trPr>
          <w:jc w:val="center"/>
        </w:trPr>
        <w:tc>
          <w:tcPr>
            <w:tcW w:w="3413" w:type="dxa"/>
          </w:tcPr>
          <w:p w:rsidR="00427753" w:rsidRPr="00282489" w:rsidRDefault="00282489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82489">
              <w:rPr>
                <w:rFonts w:ascii="Times New Roman" w:hAnsi="Times New Roman" w:cs="Times New Roman"/>
                <w:b/>
              </w:rPr>
              <w:t>Rozwijanie</w:t>
            </w:r>
            <w:proofErr w:type="spellEnd"/>
            <w:r w:rsidRPr="0028248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82489">
              <w:rPr>
                <w:rFonts w:ascii="Times New Roman" w:hAnsi="Times New Roman" w:cs="Times New Roman"/>
                <w:b/>
              </w:rPr>
              <w:t>samodzielności</w:t>
            </w:r>
            <w:proofErr w:type="spellEnd"/>
            <w:r w:rsidRPr="0028248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82489">
              <w:rPr>
                <w:rFonts w:ascii="Times New Roman" w:hAnsi="Times New Roman" w:cs="Times New Roman"/>
                <w:b/>
              </w:rPr>
              <w:t>i</w:t>
            </w:r>
            <w:proofErr w:type="spellEnd"/>
            <w:r w:rsidRPr="0028248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82489">
              <w:rPr>
                <w:rFonts w:ascii="Times New Roman" w:hAnsi="Times New Roman" w:cs="Times New Roman"/>
                <w:b/>
              </w:rPr>
              <w:t>odpowiedzialności</w:t>
            </w:r>
            <w:proofErr w:type="spellEnd"/>
          </w:p>
        </w:tc>
        <w:tc>
          <w:tcPr>
            <w:tcW w:w="3413" w:type="dxa"/>
          </w:tcPr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1. Wdrażanie do samodzielnego organizowania pracy.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2. Dbanie o własne przybory, miejsce pracy i wspólne mienie.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3. Podejmowanie odpowiedzialności za pełnione dyżury i zadania.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4. Rozwijanie wiary we własne możliwości i motywowanie do podejmowania wysiłku.</w:t>
            </w:r>
          </w:p>
        </w:tc>
        <w:tc>
          <w:tcPr>
            <w:tcW w:w="3413" w:type="dxa"/>
          </w:tcPr>
          <w:p w:rsidR="00427753" w:rsidRPr="00630AE5" w:rsidRDefault="00282489">
            <w:pPr>
              <w:rPr>
                <w:rFonts w:ascii="Times New Roman" w:hAnsi="Times New Roman" w:cs="Times New Roman"/>
              </w:rPr>
            </w:pPr>
            <w:proofErr w:type="spellStart"/>
            <w:r w:rsidRPr="00630AE5">
              <w:rPr>
                <w:rFonts w:ascii="Times New Roman" w:hAnsi="Times New Roman" w:cs="Times New Roman"/>
              </w:rPr>
              <w:t>Cały</w:t>
            </w:r>
            <w:proofErr w:type="spellEnd"/>
            <w:r w:rsidRPr="00630A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AE5">
              <w:rPr>
                <w:rFonts w:ascii="Times New Roman" w:hAnsi="Times New Roman" w:cs="Times New Roman"/>
              </w:rPr>
              <w:t>rok</w:t>
            </w:r>
            <w:proofErr w:type="spellEnd"/>
          </w:p>
        </w:tc>
      </w:tr>
      <w:tr w:rsidR="00427753" w:rsidRPr="00630AE5">
        <w:trPr>
          <w:jc w:val="center"/>
        </w:trPr>
        <w:tc>
          <w:tcPr>
            <w:tcW w:w="3413" w:type="dxa"/>
          </w:tcPr>
          <w:p w:rsidR="00427753" w:rsidRPr="00282489" w:rsidRDefault="00282489">
            <w:pPr>
              <w:rPr>
                <w:rFonts w:ascii="Times New Roman" w:hAnsi="Times New Roman" w:cs="Times New Roman"/>
                <w:b/>
              </w:rPr>
            </w:pPr>
            <w:r w:rsidRPr="00282489">
              <w:rPr>
                <w:rFonts w:ascii="Times New Roman" w:hAnsi="Times New Roman" w:cs="Times New Roman"/>
                <w:b/>
              </w:rPr>
              <w:t>Rozwijanie zainteresowań i uzdolnień</w:t>
            </w:r>
          </w:p>
        </w:tc>
        <w:tc>
          <w:tcPr>
            <w:tcW w:w="3413" w:type="dxa"/>
          </w:tcPr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1. Rozpoznawanie zainteresowań i mocnych stron uczniów.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2. Zachęcanie do udziału w konkursach, projektach i uroczystościach.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3. Prezentowanie własnych talentów i zainteresowań.</w:t>
            </w:r>
          </w:p>
          <w:p w:rsidR="00427753" w:rsidRPr="00630AE5" w:rsidRDefault="00282489">
            <w:pPr>
              <w:rPr>
                <w:rFonts w:ascii="Times New Roman" w:hAnsi="Times New Roman" w:cs="Times New Roman"/>
                <w:lang w:val="pl-PL"/>
              </w:rPr>
            </w:pPr>
            <w:r w:rsidRPr="00630AE5">
              <w:rPr>
                <w:rFonts w:ascii="Times New Roman" w:hAnsi="Times New Roman" w:cs="Times New Roman"/>
                <w:lang w:val="pl-PL"/>
              </w:rPr>
              <w:t>4. Wzmacnianie poczucia własnej wartości poprzez docenianie wysiłku i postępów.</w:t>
            </w:r>
          </w:p>
        </w:tc>
        <w:tc>
          <w:tcPr>
            <w:tcW w:w="3413" w:type="dxa"/>
          </w:tcPr>
          <w:p w:rsidR="00427753" w:rsidRPr="00630AE5" w:rsidRDefault="00282489">
            <w:pPr>
              <w:rPr>
                <w:rFonts w:ascii="Times New Roman" w:hAnsi="Times New Roman" w:cs="Times New Roman"/>
              </w:rPr>
            </w:pPr>
            <w:proofErr w:type="spellStart"/>
            <w:r w:rsidRPr="00630AE5">
              <w:rPr>
                <w:rFonts w:ascii="Times New Roman" w:hAnsi="Times New Roman" w:cs="Times New Roman"/>
              </w:rPr>
              <w:t>Cały</w:t>
            </w:r>
            <w:proofErr w:type="spellEnd"/>
            <w:r w:rsidRPr="00630A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AE5">
              <w:rPr>
                <w:rFonts w:ascii="Times New Roman" w:hAnsi="Times New Roman" w:cs="Times New Roman"/>
              </w:rPr>
              <w:t>rok</w:t>
            </w:r>
            <w:proofErr w:type="spellEnd"/>
          </w:p>
        </w:tc>
      </w:tr>
    </w:tbl>
    <w:p w:rsidR="00427753" w:rsidRPr="00630AE5" w:rsidRDefault="00427753">
      <w:pPr>
        <w:rPr>
          <w:rFonts w:ascii="Times New Roman" w:hAnsi="Times New Roman" w:cs="Times New Roman"/>
        </w:rPr>
      </w:pPr>
    </w:p>
    <w:p w:rsidR="00427753" w:rsidRPr="00630AE5" w:rsidRDefault="00282489">
      <w:pPr>
        <w:rPr>
          <w:rFonts w:ascii="Times New Roman" w:hAnsi="Times New Roman" w:cs="Times New Roman"/>
        </w:rPr>
      </w:pPr>
      <w:proofErr w:type="spellStart"/>
      <w:r w:rsidRPr="00630AE5">
        <w:rPr>
          <w:rFonts w:ascii="Times New Roman" w:hAnsi="Times New Roman" w:cs="Times New Roman"/>
          <w:b/>
        </w:rPr>
        <w:t>Wychowawca</w:t>
      </w:r>
      <w:proofErr w:type="spellEnd"/>
      <w:r w:rsidRPr="00630AE5">
        <w:rPr>
          <w:rFonts w:ascii="Times New Roman" w:hAnsi="Times New Roman" w:cs="Times New Roman"/>
          <w:b/>
        </w:rPr>
        <w:t xml:space="preserve"> </w:t>
      </w:r>
      <w:proofErr w:type="spellStart"/>
      <w:r w:rsidRPr="00630AE5">
        <w:rPr>
          <w:rFonts w:ascii="Times New Roman" w:hAnsi="Times New Roman" w:cs="Times New Roman"/>
          <w:b/>
        </w:rPr>
        <w:t>klasy</w:t>
      </w:r>
      <w:proofErr w:type="spellEnd"/>
      <w:r w:rsidRPr="00630AE5">
        <w:rPr>
          <w:rFonts w:ascii="Times New Roman" w:hAnsi="Times New Roman" w:cs="Times New Roman"/>
          <w:b/>
        </w:rPr>
        <w:t xml:space="preserve"> </w:t>
      </w:r>
      <w:proofErr w:type="spellStart"/>
      <w:r w:rsidRPr="00630AE5">
        <w:rPr>
          <w:rFonts w:ascii="Times New Roman" w:hAnsi="Times New Roman" w:cs="Times New Roman"/>
          <w:b/>
        </w:rPr>
        <w:t>III</w:t>
      </w:r>
      <w:r>
        <w:rPr>
          <w:rFonts w:ascii="Times New Roman" w:hAnsi="Times New Roman" w:cs="Times New Roman"/>
          <w:b/>
        </w:rPr>
        <w:t>a</w:t>
      </w:r>
      <w:proofErr w:type="spellEnd"/>
      <w:r w:rsidRPr="00630AE5">
        <w:rPr>
          <w:rFonts w:ascii="Times New Roman" w:hAnsi="Times New Roman" w:cs="Times New Roman"/>
        </w:rPr>
        <w:br/>
        <w:t xml:space="preserve">Joanna </w:t>
      </w:r>
      <w:proofErr w:type="spellStart"/>
      <w:r w:rsidRPr="00630AE5">
        <w:rPr>
          <w:rFonts w:ascii="Times New Roman" w:hAnsi="Times New Roman" w:cs="Times New Roman"/>
        </w:rPr>
        <w:t>Górska</w:t>
      </w:r>
      <w:proofErr w:type="spellEnd"/>
    </w:p>
    <w:sectPr w:rsidR="00427753" w:rsidRPr="00630AE5" w:rsidSect="00630AE5">
      <w:pgSz w:w="12240" w:h="15840"/>
      <w:pgMar w:top="900" w:right="1000" w:bottom="900" w:left="10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CC5EDE0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ACD08FA"/>
    <w:multiLevelType w:val="multilevel"/>
    <w:tmpl w:val="2E2C9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EB6114D"/>
    <w:multiLevelType w:val="hybridMultilevel"/>
    <w:tmpl w:val="96908EBE"/>
    <w:lvl w:ilvl="0" w:tplc="F23EDF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00"/>
  <w:displayHorizontalDrawingGridEvery w:val="2"/>
  <w:characterSpacingControl w:val="doNotCompress"/>
  <w:compat>
    <w:useFELayout/>
  </w:compat>
  <w:rsids>
    <w:rsidRoot w:val="00B47730"/>
    <w:rsid w:val="00034616"/>
    <w:rsid w:val="0006063C"/>
    <w:rsid w:val="0015074B"/>
    <w:rsid w:val="00282489"/>
    <w:rsid w:val="0029639D"/>
    <w:rsid w:val="00326F90"/>
    <w:rsid w:val="00427753"/>
    <w:rsid w:val="005214B4"/>
    <w:rsid w:val="00630AE5"/>
    <w:rsid w:val="00844FD2"/>
    <w:rsid w:val="00960281"/>
    <w:rsid w:val="009F20C4"/>
    <w:rsid w:val="00AA1D8D"/>
    <w:rsid w:val="00B47730"/>
    <w:rsid w:val="00CB0664"/>
    <w:rsid w:val="00F60806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9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0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7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24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1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999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D963EC6-3418-470E-A18C-EB6F5D8F8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618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Asia</cp:lastModifiedBy>
  <cp:revision>8</cp:revision>
  <dcterms:created xsi:type="dcterms:W3CDTF">2026-09-06T16:33:00Z</dcterms:created>
  <dcterms:modified xsi:type="dcterms:W3CDTF">2026-10-04T18:35:00Z</dcterms:modified>
</cp:coreProperties>
</file>